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Yu Gothic" w:hAnsi="Yu Gothic" w:eastAsia="Yu Gothic"/>
          <w:b w:val="0"/>
          <w:color w:val="808080"/>
          <w:sz w:val="16"/>
        </w:rPr>
        <w:t>Grey text = English hints. Delete them before you send the document. Template by JapanEasy (japaneasy.io)</w:t>
      </w:r>
    </w:p>
    <w:p>
      <w:pPr>
        <w:spacing w:after="40"/>
        <w:jc w:val="center"/>
      </w:pPr>
      <w:r>
        <w:rPr>
          <w:rFonts w:ascii="Yu Gothic" w:hAnsi="Yu Gothic" w:eastAsia="Yu Gothic"/>
          <w:b/>
          <w:sz w:val="36"/>
        </w:rPr>
        <w:t>職 務 経 歴 書</w:t>
      </w:r>
    </w:p>
    <w:p>
      <w:pPr>
        <w:spacing w:after="120"/>
        <w:jc w:val="center"/>
      </w:pPr>
      <w:r>
        <w:rPr>
          <w:rFonts w:ascii="Yu Gothic" w:hAnsi="Yu Gothic" w:eastAsia="Yu Gothic"/>
          <w:b w:val="0"/>
          <w:color w:val="808080"/>
          <w:sz w:val="17"/>
        </w:rPr>
        <w:t>shokumu keirekisho — career history document. Usually 1–2 pages, typed, font size 10.5–11 pt.</w:t>
      </w:r>
    </w:p>
    <w:p>
      <w:pPr>
        <w:spacing w:after="0"/>
        <w:jc w:val="right"/>
      </w:pPr>
      <w:r>
        <w:rPr>
          <w:rFonts w:ascii="Yu Gothic" w:hAnsi="Yu Gothic" w:eastAsia="Yu Gothic"/>
          <w:b w:val="0"/>
          <w:sz w:val="21"/>
        </w:rPr>
        <w:t xml:space="preserve">　　　　年　　月　　日現在</w:t>
      </w:r>
    </w:p>
    <w:p>
      <w:pPr>
        <w:spacing w:after="0"/>
        <w:jc w:val="right"/>
      </w:pPr>
      <w:r>
        <w:rPr>
          <w:rFonts w:ascii="Yu Gothic" w:hAnsi="Yu Gothic" w:eastAsia="Yu Gothic"/>
          <w:b w:val="0"/>
          <w:sz w:val="21"/>
        </w:rPr>
        <w:t xml:space="preserve">氏名　</w:t>
      </w:r>
    </w:p>
    <w:p>
      <w:pPr>
        <w:spacing w:after="120"/>
        <w:jc w:val="right"/>
      </w:pPr>
      <w:r>
        <w:rPr>
          <w:rFonts w:ascii="Yu Gothic" w:hAnsi="Yu Gothic" w:eastAsia="Yu Gothic"/>
          <w:b w:val="0"/>
          <w:color w:val="808080"/>
          <w:sz w:val="17"/>
        </w:rPr>
        <w:t>Date and name as in your rirekisho (履歴書). Use one date system throughout: 西暦 (2026年) or 和暦 (令和8年).</w:t>
      </w:r>
    </w:p>
    <w:p>
      <w:pPr>
        <w:spacing w:after="20"/>
      </w:pPr>
      <w:r>
        <w:rPr>
          <w:rFonts w:ascii="Yu Gothic" w:hAnsi="Yu Gothic" w:eastAsia="Yu Gothic"/>
          <w:b/>
          <w:sz w:val="24"/>
        </w:rPr>
        <w:t>■ 職務要約</w:t>
      </w:r>
    </w:p>
    <w:p>
      <w:pPr>
        <w:spacing w:after="120"/>
      </w:pPr>
      <w:r>
        <w:rPr>
          <w:rFonts w:ascii="Yu Gothic" w:hAnsi="Yu Gothic" w:eastAsia="Yu Gothic"/>
          <w:b w:val="0"/>
          <w:color w:val="808080"/>
          <w:sz w:val="17"/>
        </w:rPr>
        <w:t>Career summary, 3–5 lines: where and for how many years you worked, what you did, your main skill.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</w:r>
    </w:p>
    <w:p>
      <w:pPr>
        <w:spacing w:after="20"/>
      </w:pPr>
      <w:r>
        <w:rPr>
          <w:rFonts w:ascii="Yu Gothic" w:hAnsi="Yu Gothic" w:eastAsia="Yu Gothic"/>
          <w:b/>
          <w:sz w:val="24"/>
        </w:rPr>
        <w:t>■ 職務経歴</w:t>
      </w:r>
    </w:p>
    <w:p>
      <w:pPr>
        <w:spacing w:after="120"/>
      </w:pPr>
      <w:r>
        <w:rPr>
          <w:rFonts w:ascii="Yu Gothic" w:hAnsi="Yu Gothic" w:eastAsia="Yu Gothic"/>
          <w:b w:val="0"/>
          <w:color w:val="808080"/>
          <w:sz w:val="17"/>
        </w:rPr>
        <w:t>Work history. One table per company: period, company name, what the company does, number of employees, type of employment (正社員 — regular employee, 契約社員 — fixed-term contract employee, アルバイト — part-time job), your duties and results in numbers. Write a foreign company’s name in katakana and add the country in brackets.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c>
          <w:tcPr>
            <w:tcW w:type="dxa" w:w="7710"/>
            <w:gridSpan w:val="2"/>
          </w:tcPr>
          <w:p>
            <w:r>
              <w:t xml:space="preserve">　　年　　月～　　年　　月　　会社名（国）</w:t>
            </w:r>
          </w:p>
        </w:tc>
      </w:tr>
      <w:tr>
        <w:tc>
          <w:tcPr>
            <w:tcW w:type="dxa" w:w="7710"/>
            <w:gridSpan w:val="2"/>
          </w:tcPr>
          <w:p>
            <w:r>
              <w:t>事業内容：　　　　従業員数：　　名　　雇用形態：</w:t>
            </w:r>
          </w:p>
        </w:tc>
      </w:tr>
      <w:tr>
        <w:tc>
          <w:tcPr>
            <w:tcW w:type="dxa" w:w="1928"/>
          </w:tcPr>
          <w:p>
            <w:r>
              <w:t>期間</w:t>
            </w:r>
          </w:p>
        </w:tc>
        <w:tc>
          <w:tcPr>
            <w:tcW w:type="dxa" w:w="7710"/>
          </w:tcPr>
          <w:p>
            <w:r>
              <w:t>業務内容</w:t>
            </w:r>
          </w:p>
        </w:tc>
      </w:tr>
      <w:tr>
        <w:tc>
          <w:tcPr>
            <w:tcW w:type="dxa" w:w="1928"/>
          </w:tcPr>
          <w:p>
            <w:r>
              <w:t xml:space="preserve">　　年　　月～</w:t>
              <w:br/>
              <w:t xml:space="preserve">　　年　　月</w:t>
            </w:r>
          </w:p>
        </w:tc>
        <w:tc>
          <w:tcPr>
            <w:tcW w:type="dxa" w:w="7710"/>
          </w:tcPr>
          <w:p>
            <w:r>
              <w:t>・</w:t>
              <w:br/>
              <w:t>・</w:t>
              <w:br/>
              <w:t>・</w:t>
              <w:br/>
              <w:t>【実績】</w:t>
            </w:r>
          </w:p>
          <w:p>
            <w:r>
              <w:rPr>
                <w:color w:val="808080"/>
                <w:sz w:val="17"/>
              </w:rPr>
              <w:t>Duties as bullet points; 実績 = results: how many, by how many percent, in what time</w:t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21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c>
          <w:tcPr>
            <w:tcW w:type="dxa" w:w="7710"/>
            <w:gridSpan w:val="2"/>
          </w:tcPr>
          <w:p>
            <w:r>
              <w:t xml:space="preserve">　　年　　月～　　年　　月　　会社名（国）</w:t>
            </w:r>
          </w:p>
        </w:tc>
      </w:tr>
      <w:tr>
        <w:tc>
          <w:tcPr>
            <w:tcW w:type="dxa" w:w="7710"/>
            <w:gridSpan w:val="2"/>
          </w:tcPr>
          <w:p>
            <w:r>
              <w:t>事業内容：　　　　従業員数：　　名　　雇用形態：</w:t>
            </w:r>
          </w:p>
        </w:tc>
      </w:tr>
      <w:tr>
        <w:tc>
          <w:tcPr>
            <w:tcW w:type="dxa" w:w="1928"/>
          </w:tcPr>
          <w:p>
            <w:r>
              <w:t>期間</w:t>
            </w:r>
          </w:p>
        </w:tc>
        <w:tc>
          <w:tcPr>
            <w:tcW w:type="dxa" w:w="7710"/>
          </w:tcPr>
          <w:p>
            <w:r>
              <w:t>業務内容</w:t>
            </w:r>
          </w:p>
        </w:tc>
      </w:tr>
      <w:tr>
        <w:tc>
          <w:tcPr>
            <w:tcW w:type="dxa" w:w="1928"/>
          </w:tcPr>
          <w:p>
            <w:r>
              <w:t xml:space="preserve">　　年　　月～</w:t>
              <w:br/>
              <w:t xml:space="preserve">　　年　　月</w:t>
            </w:r>
          </w:p>
        </w:tc>
        <w:tc>
          <w:tcPr>
            <w:tcW w:type="dxa" w:w="7710"/>
          </w:tcPr>
          <w:p>
            <w:r>
              <w:t>・</w:t>
              <w:br/>
              <w:t>・</w:t>
              <w:br/>
              <w:t>・</w:t>
              <w:br/>
              <w:t>【実績】</w:t>
            </w:r>
          </w:p>
          <w:p>
            <w:r>
              <w:rPr>
                <w:color w:val="808080"/>
                <w:sz w:val="17"/>
              </w:rPr>
              <w:t>Duties as bullet points; 実績 = results: how many, by how many percent, in what time</w:t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21"/>
        </w:rPr>
      </w:r>
    </w:p>
    <w:p>
      <w:pPr>
        <w:spacing w:after="20"/>
      </w:pPr>
      <w:r>
        <w:rPr>
          <w:rFonts w:ascii="Yu Gothic" w:hAnsi="Yu Gothic" w:eastAsia="Yu Gothic"/>
          <w:b/>
          <w:sz w:val="24"/>
        </w:rPr>
        <w:t>■ 活かせる経験・知識・技術</w:t>
      </w:r>
    </w:p>
    <w:p>
      <w:pPr>
        <w:spacing w:after="120"/>
      </w:pPr>
      <w:r>
        <w:rPr>
          <w:rFonts w:ascii="Yu Gothic" w:hAnsi="Yu Gothic" w:eastAsia="Yu Gothic"/>
          <w:b w:val="0"/>
          <w:color w:val="808080"/>
          <w:sz w:val="17"/>
        </w:rPr>
        <w:t>What you can do that this company needs: 3–5 points (software, industry knowledge, languages you use at work).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  <w:t>・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  <w:t>・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  <w:t>・</w:t>
      </w:r>
    </w:p>
    <w:p>
      <w:pPr>
        <w:spacing w:after="20"/>
      </w:pPr>
      <w:r>
        <w:rPr>
          <w:rFonts w:ascii="Yu Gothic" w:hAnsi="Yu Gothic" w:eastAsia="Yu Gothic"/>
          <w:b/>
          <w:sz w:val="24"/>
        </w:rPr>
        <w:t>■ 資格・語学</w:t>
      </w:r>
    </w:p>
    <w:p>
      <w:pPr>
        <w:spacing w:after="120"/>
      </w:pPr>
      <w:r>
        <w:rPr>
          <w:rFonts w:ascii="Yu Gothic" w:hAnsi="Yu Gothic" w:eastAsia="Yu Gothic"/>
          <w:b w:val="0"/>
          <w:color w:val="808080"/>
          <w:sz w:val="17"/>
        </w:rPr>
        <w:t>Certificates and languages: official name, score or level, date. Japanese — JLPT (日本語能力試験) or BJT. Your native language, e.g. 英語：母語 (English: native).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  <w:t>・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  <w:t>・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  <w:t>・</w:t>
      </w:r>
    </w:p>
    <w:p>
      <w:pPr>
        <w:spacing w:after="20"/>
      </w:pPr>
      <w:r>
        <w:rPr>
          <w:rFonts w:ascii="Yu Gothic" w:hAnsi="Yu Gothic" w:eastAsia="Yu Gothic"/>
          <w:b/>
          <w:sz w:val="24"/>
        </w:rPr>
        <w:t>■ 自己PR</w:t>
      </w:r>
    </w:p>
    <w:p>
      <w:pPr>
        <w:spacing w:after="120"/>
      </w:pPr>
      <w:r>
        <w:rPr>
          <w:rFonts w:ascii="Yu Gothic" w:hAnsi="Yu Gothic" w:eastAsia="Yu Gothic"/>
          <w:b w:val="0"/>
          <w:color w:val="808080"/>
          <w:sz w:val="17"/>
        </w:rPr>
        <w:t>Self-promotion: one strength → an example from work → the result → how it will help the company. 5–8 lines.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</w:r>
    </w:p>
    <w:p>
      <w:pPr>
        <w:spacing w:after="0"/>
        <w:jc w:val="right"/>
      </w:pPr>
      <w:r>
        <w:rPr>
          <w:rFonts w:ascii="Yu Gothic" w:hAnsi="Yu Gothic" w:eastAsia="Yu Gothic"/>
          <w:b w:val="0"/>
          <w:sz w:val="21"/>
        </w:rPr>
        <w:t>以上</w:t>
      </w:r>
    </w:p>
    <w:p>
      <w:pPr>
        <w:spacing w:after="120"/>
        <w:jc w:val="right"/>
      </w:pPr>
      <w:r>
        <w:rPr>
          <w:rFonts w:ascii="Yu Gothic" w:hAnsi="Yu Gothic" w:eastAsia="Yu Gothic"/>
          <w:b w:val="0"/>
          <w:color w:val="808080"/>
          <w:sz w:val="17"/>
        </w:rPr>
        <w:t>以上 = "end of document", on the right at the bottom.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 — template (JapanEasy)</dc:title>
  <dc:subject/>
  <dc:creator>JapanEasy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